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6"/>
        </w:rPr>
        <w:t>نموذج تفريغ صوتي عربي</w:t>
      </w:r>
    </w:p>
    <w:p>
      <w:pPr>
        <w:jc w:val="center"/>
      </w:pPr>
      <w:r>
        <w:rPr>
          <w:i/>
        </w:rPr>
        <w:t>نموذج تجريبي لمعرض الأعمال</w:t>
      </w:r>
    </w:p>
    <w:p>
      <w:r>
        <w:t>نوع الخدمة: تفريغ صوتي وتحويل التسجيل إلى نص عربي مرتب</w:t>
      </w:r>
    </w:p>
    <w:p>
      <w:r>
        <w:t>مدة التسجيل الافتراضية: حوالي دقيقتين</w:t>
      </w:r>
    </w:p>
    <w:p/>
    <w:p>
      <w:r>
        <w:rPr>
          <w:b/>
        </w:rPr>
        <w:t>النص المفرّغ:</w:t>
      </w:r>
    </w:p>
    <w:p>
      <w:r>
        <w:t>السلام عليكم، في هذا التسجيل نتحدث عن أهمية تنظيم الوقت وتحديد الأولويات. عندما نرتب مهامنا حسب أهميتها، يصبح من الأسهل إنجاز العمل بدون تشتت. ومن المفيد أيضاً تقسيم المهام الكبيرة إلى خطوات صغيرة وواضحة، مع تخصيص وقت للراحة حتى نحافظ على التركيز والنشاط.</w:t>
      </w:r>
    </w:p>
    <w:p>
      <w:r>
        <w:rPr>
          <w:b/>
        </w:rPr>
        <w:t>ما تم تطبيقه في النموذج:</w:t>
      </w:r>
    </w:p>
    <w:p>
      <w:pPr>
        <w:pStyle w:val="ListBullet"/>
      </w:pPr>
      <w:r>
        <w:t>تحويل الكلام المسموع إلى نص عربي.</w:t>
      </w:r>
    </w:p>
    <w:p>
      <w:pPr>
        <w:pStyle w:val="ListBullet"/>
      </w:pPr>
      <w:r>
        <w:t>تنظيم النص على شكل فقرات واضحة.</w:t>
      </w:r>
    </w:p>
    <w:p>
      <w:pPr>
        <w:pStyle w:val="ListBullet"/>
      </w:pPr>
      <w:r>
        <w:t>إضافة علامات الترقيم.</w:t>
      </w:r>
    </w:p>
    <w:p>
      <w:pPr>
        <w:pStyle w:val="ListBullet"/>
      </w:pPr>
      <w:r>
        <w:t>مراجعة الأخطاء الإملائية البسيطة.</w:t>
      </w:r>
    </w:p>
    <w:p>
      <w:pPr>
        <w:pStyle w:val="ListBullet"/>
      </w:pPr>
      <w:r>
        <w:t>تجهيز النص بصيغة مناسبة للتسليم.</w:t>
      </w:r>
    </w:p>
    <w:p/>
    <w:p>
      <w:pPr>
        <w:jc w:val="center"/>
      </w:pPr>
      <w:r>
        <w:rPr>
          <w:i/>
        </w:rPr>
        <w:t>نموذج تجريبي — ليس عملاً مقدماً لعميل حقيقي</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